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שונות ואת השימוש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מילות שאלה דומות כמו איזה/איזו/אילו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מתאימות למשפטי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מתייחסת לבני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לא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למה ומדוע שואלות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שאלה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(שואלים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(שואלים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(שואלים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(שואלים על 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בוחרים נכון: איזה, איזו,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יש לוודא שימוש נכון בשלוש מילות שאלה שונות ושאלות הגיוניות והיכרותיות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איפה שואלת מקום נוכחי, לאן שואלת כיוון או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הגיוני עם למה ותוכן של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אילו משמשת לרבים, איזה לזכר 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שאלות ותשובות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בלוח את ההבדל בין איזה/איזו/אילו בעזרת דוגמאות קצרות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במילות השאלה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שאלה הן מילים שבעזרתן אנחנו שואלים ומבררים מידע - מי עשה משהו, מה קרה, איפה, מתי ולמה. בדף הזה נתרגל את מילות השאלה השונות ואת השימוש הנכון בהן.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  ·  לאן  ·  איפה  ·  עם 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מתאימה: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מתאימה: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מילת שאלה מתאימה: ___ מתחיל החופש?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'מי' שואלת על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'למה' שואלת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השעה עכשיו?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גרה הסבתא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הולכים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__________ באת לבית הספר, עם מי?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מילת שאלה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שואלים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שואלים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שואלים על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שואלים על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בוחרים נכון: איזה, איזו, 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ספר קראת, השנה או בשנה שעברה?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חולצה את לובשת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שאלות היכרות שהייתם שואלים תלמיד חדש בכיתה, תוך שימוש בשלוש מילות שאלה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'איפה' ל'לאן'?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למשפט שאלה עם מילת השאלה 'למה'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