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השימוש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דומות כמו איזה/איזו/אילו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למשפטי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של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מתייחסת לבני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לא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למה ומדוע שואלות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לאן שואלת לאיזה מקום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שאלת האם עונים עליה בכן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הבדל בזכר, נקבה ורבים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(שואלים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(שואלים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(שואלים על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(שואלים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(שואלים על אופן או 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בוחרים נכון: איזה, איזו,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יש לוודא שימוש נכון בשלוש מילות שאלה שונות ושאלות הגיוניות והיכרותיות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השאלה צריכה להתאים בדיוק למשפט התשובה שנכתב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מקום נוכחי, לאן שואלת כיוון או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הגיוני עם למה ותוכן של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אילו משמשת לרבים, איזה לזכר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שאלות ותשובות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ההבדל בין איזה/איזו/אילו בעזרת דוגמאות קצרות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מיוחדות ששואלים איתן שאלות, כמו מי ומה ואיפה. נלמד מתי להשתמש בכל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למשל מי, מה, 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איזה/איזו/אילו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ובוחרים מתוך כמה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למה/מדוע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כיצד/איך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אופן או 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היכן/איפה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שהתשובה עליה כן או 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שמך? אילו מילה שואלת על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שואלים על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שואלים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שואלים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שואלים על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שואלים על אופן 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שאלה שהתשובה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שואלים על בעלות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'למה'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'לאן' שואלת על כיוון או יעד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'האם' רק במשפט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'איזה', 'איזו' ו'אילו' הן אותה מילה בדיוק בלי הבדל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גרה הסבתא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באת לבית הספר, עם מי?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ספרים קראת החודש?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בוכה התינוק הקטן?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שאלה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על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שואלים על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שואלים על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בוחרים נכון: איזה, איזו, 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מילה לזכר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מילה לנקבה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מילה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היכרות שהייתם שואלים תלמיד חדש בכיתה, תוך שימוש בשלוש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תשובה, ואז נסחו עבורו שאלה מתאימה עם מילת שאלה מדויקת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'איפה' ל'לאן'?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למשפט שאלה עם מילת השאלה 'למה'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נשתמש במילה 'אילו' ולא 'איזה'?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