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שונות ואת השימוש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מילות שאלה דומות כמו איזה/איזו/אילו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מתאימות למשפטי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של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מתייחסת לבני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לא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למה ומדוע שואלות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לאן שואלת לאיזה מקום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שאלת האם עונים עליה בכן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הבדל בזכר, נקבה ורבים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שאלה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(שואלים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(שואלים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(שואלים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(שואלים על 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(שואלים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(שואלים על אופן או 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בוחרים נכון: איזה, איזו,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יש לוודא שימוש נכון בשלוש מילות שאלה שונות ושאלות הגיוניות והיכרותיות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השאלה צריכה להתאים בדיוק למשפט התשובה שנכתב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איפה שואלת מקום נוכחי, לאן שואלת כיוון או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הגיוני עם למה ותוכן של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אילו משמשת לרבים, איזה לזכר 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שאלות ותשובות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בלוח את ההבדל בין איזה/איזו/אילו בעזרת דוגמאות קצרות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במילות השאלה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שאלה הן מילים שבעזרתן אנחנו שואלים ומבררים מידע - מי עשה משהו, מה קרה, איפה, מתי ולמה. בדף הזה נתרגל את מילות השאלה השונות ואת השימוש הנכון בהן.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מתאימה: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מתאימה: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מתאימה: ___ מתחיל החופש?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שאלה מתאימה: ___ לא הגעת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מילת שאלה מתאימה: ___ ילדים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מילת שאלה מתאימה: ___ הגעת הביתה, ברגל או באוטובוס?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מילת שאלה מתאימה: ___ הטיול, האם יוצאים?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מילת שאלה מתאימה: ___ התיק הזה, שלך או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'מי' שואלת על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'למה' שואלת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'לאן' שואלת על כיוון או יעד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לענות על שאלת 'האם' רק במשפט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'איזה', 'איזו' ו'אילו' הן אותה מילה בדיוק בלי הבדל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השעה עכשיו?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גרה הסבתא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הולכים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באת לבית הספר, עם מי?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ספרים קראת החודש?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בוכה התינוק הקטן?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מילת שאלה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על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שואלים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שואלים על אופן או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שואלים על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בוחרים נכון: איזה, איזו, 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ספר קראת, השנה או בשנה שעברה?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חולצה את לובשת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ספרים את אוהבת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שאלות היכרות שהייתם שואלים תלמיד חדש בכיתה, תוך שימוש בשלוש מילות שאלה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תשובה, ואז נסחו עבורו שאלה מתאימה עם מילת שאלה מדויקת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'איפה' ל'לאן'?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למשפט שאלה עם מילת השאלה 'למה'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מצב נשתמש במילה 'אילו' ולא 'איזה'?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